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color w:val="17365D"/>
          <w:sz w:val="48"/>
        </w:rPr>
        <w:t>٢٠٠ صياغة مقترحة لتقييمات Google Maps</w:t>
      </w:r>
    </w:p>
    <w:p>
      <w:pPr>
        <w:jc w:val="center"/>
      </w:pPr>
      <w:r>
        <w:rPr>
          <w:rFonts w:ascii="Arial" w:hAnsi="Arial" w:cs="Arial"/>
          <w:b/>
          <w:color w:val="2F75B5"/>
          <w:sz w:val="30"/>
        </w:rPr>
        <w:t>200 Suggested Google Maps Review Templates</w:t>
      </w:r>
    </w:p>
    <w:p>
      <w:pPr>
        <w:spacing w:before="200"/>
        <w:jc w:val="center"/>
      </w:pPr>
      <w:r>
        <w:rPr>
          <w:rFonts w:ascii="Arial" w:hAnsi="Arial" w:cs="Arial"/>
          <w:b w:val="0"/>
          <w:color w:val="59636E"/>
          <w:sz w:val="22"/>
        </w:rPr>
        <w:t>لخدمات تتبع المركبات وإدارة الأساطيل | Vehicle Tracking &amp; Fleet Management Services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968"/>
      </w:tblGrid>
      <w:tr>
        <w:tc>
          <w:tcPr>
            <w:tcW w:type="dxa" w:w="13968"/>
            <w:shd w:fill="EAF2F8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365D"/>
                <w:sz w:val="20"/>
              </w:rPr>
              <w:t>مهم: يختار العميل فقط الصياغة المطابقة لتجربته الحقيقية، ويمكنه تعديلها بما يعكس رأيه الشخصي.</w:t>
              <w:br/>
              <w:t>Important: Customers should use only wording that accurately reflects their genuine experience and may edit it in their own words.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جودة خدمة التتبع  |  Tracking Service Quality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خدمة التتبع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tracking service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خدمة التتبع،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tracking service;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خدمة التتبع،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tracking service.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خدمة التتبع،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tracking service.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خدمة التتبع،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tracking service,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خدمة التتبع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tracking service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خدمة التتبع،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tracking service,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خدمة التتبع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service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خدمة التتبع،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tracking service.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خدمة التتبع،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tracking service;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خدمة التتبع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tracking service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خدمة التتبع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tracking service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خدمة التتبع،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tracking service,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خدمة التتبع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service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خدمة التتبع،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tracking service,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خدمة التتبع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tracking service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خدمة التتبع،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tracking service;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خدمة التتبع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service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خدمة التتبع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tracking service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خدمة التتبع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tracking service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التركيب والاحترافية  |  Installation &amp; Professionalism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عملية التركيب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installation process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عملية التركيب،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installation process;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عملية التركيب،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installation process.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عملية التركيب،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installation process.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عملية التركيب،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installation process,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عملية التركيب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installation process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عملية التركيب،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installation process,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عملية التركيب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installation process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عملية التركيب،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installation process.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عملية التركيب،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installation process;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عملية التركيب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installation process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عملية التركيب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installation process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عملية التركيب،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installation process,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عملية التركيب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installation process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عملية التركيب،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installation process,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عملية التركيب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installation process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عملية التركيب،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installation process;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عملية التركيب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installation process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39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عملية التركيب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installation process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عملية التركيب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installation process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دقة الموقع والمتابعة  |  Location Accuracy &amp; Monitoring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دقة تحديد الموقع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location accuracy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دقة تحديد الموقع،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location accuracy;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دقة تحديد الموقع،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location accuracy.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دقة تحديد الموقع،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location accuracy.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دقة تحديد الموقع،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location accuracy,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دقة تحديد الموقع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location accuracy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دقة تحديد الموقع،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location accuracy,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دقة تحديد الموقع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location accuracy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49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دقة تحديد الموقع،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location accuracy.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دقة تحديد الموقع،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location accuracy;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دقة تحديد الموقع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location accuracy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دقة تحديد الموقع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location accuracy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دقة تحديد الموقع،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location accuracy,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دقة تحديد الموقع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location accuracy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دقة تحديد الموقع،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location accuracy,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دقة تحديد الموقع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location accuracy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دقة تحديد الموقع،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location accuracy;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دقة تحديد الموقع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location accuracy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59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دقة تحديد الموقع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location accuracy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دقة تحديد الموقع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location accuracy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سرعة الدعم الفني  |  Technical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الدعم الفني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technical support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الدعم الفني،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technical support;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الدعم الفني،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technical support.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الدعم الفني،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technical support.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الدعم الفني،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technical support,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الدعم الفني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technical support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الدعم الفني،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technical support,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الدعم الفني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technical support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69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الدعم الفني،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technical support.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الدعم الفني،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technical support;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الدعم الفني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technical support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الدعم الفني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technical support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الدعم الفني،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technical support,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الدعم الفني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technical support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الدعم الفني،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technical support,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الدعم الفني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technical support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الدعم الفني،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technical support;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الدعم الفني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technical support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79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الدعم الفني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technical support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الدعم الفني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technical support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سهولة استخدام المنصة  |  Platform Ease of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منصة التتبع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tracking platform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منصة التتبع،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tracking platform;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منصة التتبع،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tracking platform.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منصة التتبع،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tracking platform.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منصة التتبع،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tracking platform,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منصة التتبع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tracking platform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منصة التتبع،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tracking platform,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منصة التتبع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platform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89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منصة التتبع،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tracking platform.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منصة التتبع،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tracking platform;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منصة التتبع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tracking platform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منصة التتبع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tracking platform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منصة التتبع،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tracking platform,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منصة التتبع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platform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منصة التتبع،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tracking platform,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منصة التتبع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tracking platform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منصة التتبع،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tracking platform;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منصة التتبع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tracking platform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99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منصة التتبع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tracking platform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منصة التتبع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tracking platform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التقارير والتنبيهات  |  Reports &amp; Alerts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التقارير والتنبيهات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reports and alerts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التقارير والتنبيهات،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reports and alerts;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التقارير والتنبيهات،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reports and alerts.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التقارير والتنبيهات،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reports and alerts.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التقارير والتنبيهات،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reports and alerts,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التقارير والتنبيهات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reports and alerts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التقارير والتنبيهات،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reports and alerts,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التقارير والتنبيهات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reports and alerts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109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التقارير والتنبيهات،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reports and alerts.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التقارير والتنبيهات،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reports and alerts;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التقارير والتنبيهات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reports and alerts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التقارير والتنبيهات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reports and alerts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التقارير والتنبيهات،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reports and alerts,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التقارير والتنبيهات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reports and alerts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التقارير والتنبيهات،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reports and alerts,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التقارير والتنبيهات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reports and alerts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التقارير والتنبيهات،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reports and alerts;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التقارير والتنبيهات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reports and alerts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119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التقارير والتنبيهات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reports and alerts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التقارير والتنبيهات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reports and alerts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الداش كام والكاميرات  |  Dash Cams &amp; Cameras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خدمة الداش كام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dash cam service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خدمة الداش كام،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dash cam service;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خدمة الداش كام،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dash cam service.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خدمة الداش كام،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dash cam service.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خدمة الداش كام،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dash cam service,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خدمة الداش كام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dash cam service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خدمة الداش كام،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dash cam service,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خدمة الداش كام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dash cam service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129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خدمة الداش كام،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dash cam service.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خدمة الداش كام،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dash cam service;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خدمة الداش كام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dash cam service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خدمة الداش كام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dash cam service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خدمة الداش كام،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dash cam service,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خدمة الداش كام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dash cam service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خدمة الداش كام،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dash cam service,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خدمة الداش كام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dash cam service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خدمة الداش كام،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dash cam service;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خدمة الداش كام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dash cam service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139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خدمة الداش كام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dash cam service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خدمة الداش كام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dash cam service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التجديد وخدمة ما بعد البيع  |  Renewal &amp; After-Sales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خدمة التجديد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renewal service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خدمة التجديد،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renewal service;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خدمة التجديد،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renewal service.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خدمة التجديد،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renewal service.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خدمة التجديد،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renewal service,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خدمة التجديد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renewal service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خدمة التجديد،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renewal service,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خدمة التجديد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renewal service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149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خدمة التجديد،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renewal service.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خدمة التجديد،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renewal service;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خدمة التجديد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renewal service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خدمة التجديد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renewal service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خدمة التجديد،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renewal service,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خدمة التجديد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renewal service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خدمة التجديد،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renewal service,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خدمة التجديد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renewal service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خدمة التجديد،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renewal service;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خدمة التجديد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renewal service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159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خدمة التجديد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renewal service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خدمة التجديد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renewal service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خدمة الفروع والموظفين  |  Branches &amp; Staff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تعامل موظفي الفرع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branch staff service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تعامل موظفي الفرع،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branch staff service;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تعامل موظفي الفرع،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branch staff service.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تعامل موظفي الفرع،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branch staff service.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تعامل موظفي الفرع،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branch staff service,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تعامل موظفي الفرع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branch staff service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تعامل موظفي الفرع،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branch staff service,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تعامل موظفي الفرع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branch staff service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169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تعامل موظفي الفرع،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branch staff service.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تعامل موظفي الفرع،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branch staff service;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تعامل موظفي الفرع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branch staff service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تعامل موظفي الفرع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branch staff service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تعامل موظفي الفرع،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branch staff service,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تعامل موظفي الفرع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branch staff service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تعامل موظفي الفرع،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branch staff service,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تعامل موظفي الفرع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branch staff service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تعامل موظفي الفرع،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branch staff service;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تعامل موظفي الفرع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branch staff service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179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تعامل موظفي الفرع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branch staff service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تعامل موظفي الفرع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branch staff service and the follow-up after delivery.</w:t>
            </w:r>
          </w:p>
        </w:tc>
      </w:tr>
    </w:tbl>
    <w:p>
      <w:r>
        <w:br w:type="page"/>
      </w:r>
    </w:p>
    <w:p>
      <w:pPr>
        <w:spacing w:before="80" w:after="120"/>
      </w:pPr>
      <w:r>
        <w:rPr>
          <w:rFonts w:ascii="Arial" w:hAnsi="Arial" w:cs="Arial"/>
          <w:b/>
          <w:color w:val="1F4E78"/>
          <w:sz w:val="30"/>
        </w:rPr>
        <w:t>التجربة العامة وإدارة الأسطول  |  Overall Fleet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6"/>
        <w:gridCol w:w="4656"/>
        <w:gridCol w:w="4656"/>
      </w:tblGrid>
      <w:tr>
        <w:trPr>
          <w:tblHeader w:val="true"/>
        </w:trPr>
        <w:tc>
          <w:tcPr>
            <w:tcW w:type="dxa" w:w="50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العربية</w:t>
            </w:r>
          </w:p>
        </w:tc>
        <w:tc>
          <w:tcPr>
            <w:tcW w:type="dxa" w:w="4430"/>
            <w:shd w:fill="1F4E78"/>
            <w:vAlign w:val="center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>English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تجربتي مع تجربة إدارة الأسطول كانت ممتازة، والخدمة تمت باحترافية ووضوح.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My experience with the fleet management experience was excellent, and everything was handled professionally and clearly.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مميزة في تجربة إدارة الأسطول، والفريق متعاون وسريع في إنجاز المطلوب.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Great fleet management experience; the team was cooperative and completed the work quickly.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راضٍ جدًا عن تجربة إدارة الأسطول، وكانت التجربة سهلة ومنظمة من البداية للنهاية.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very satisfied with the fleet management experience. The experience was smooth and well organized from start to finish.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وجدت اهتمامًا واضحًا بالتفاصيل في تجربة إدارة الأسطول، وأشكر الفريق على حسن التعامل.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team showed strong attention to detail in the fleet management experience. Thank you for the professional service.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إيجابية مع تجربة إدارة الأسطول، وتم شرح الخدمة بطريقة واضحة ومفيدة.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positive experience with the fleet management experience, and everything was explained clearly and helpfully.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أنصح بالخدمة لمن يبحث عن تجربة إدارة الأسطول باحترافية واستجابة جيدة.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recommend them to anyone looking for a professional fleet management experience with good response times.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مستوى ممتاز في تجربة إدارة الأسطول، مع التزام بالمواعيد وتواصل مستمر.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Excellent standard of fleet management experience, with punctual service and consistent communication.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تجربة إدارة الأسطول على مستوى توقعاتي، وتمت متابعة طلبي باهتمام.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fleet management experience met my expectations, and my request was followed up with care.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189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تعامل راقٍ وخدمة موثوقة في تجربة إدارة الأسطول، شكرًا لجميع أفراد الفريق.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Professional service and a reliable fleet management experience. Thanks to the entire team.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سعيد بنتيجة تجربة إدارة الأسطول، فقد ساعدتني الخدمة على متابعة العمل بسهولة أكبر.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am happy with the fleet management experience; it helped me manage and monitor the work more easily.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191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من أفضل التجارب التي حصلت عليها في تجربة إدارة الأسطول من حيث السرعة والجودة.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One of my best experiences with a fleet management experience in terms of speed and quality.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192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أشكر الفريق على الاحترافية في تجربة إدارة الأسطول وعلى الإجابة عن جميع استفساراتي.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Thanks to the team for their professionalism with the fleet management experience and for answering all my questions.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193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خدمة عملية ومفيدة في تجربة إدارة الأسطول، والتعامل كان محترمًا طوال الوقت.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practical and useful fleet management experience, with respectful service throughout the experience.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194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كانت إجراءات تجربة إدارة الأسطول واضحة وسريعة، ولم أواجه أي تعقيدات.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fleet management experience procedures were clear and fast, with no unnecessary complications.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195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لاحظت فرقًا إيجابيًا بعد استخدام تجربة إدارة الأسطول، والخدمة تستحق التقييم الممتاز.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noticed a positive difference after using the fleet management experience, and the service deserves an excellent rating.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196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فريق متمكن في تجربة إدارة الأسطول ويهتم بتقديم حل مناسب لاحتياج العميل.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skilled team that provides the right fleet management experience based on the customer's needs.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197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موفقة مع تجربة إدارة الأسطول، وسرعة الاستجابة كانت من أبرز نقاط القوة.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 successful experience with the fleet management experience; the quick response was one of the strongest points.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198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الخدمة في تجربة إدارة الأسطول منظمة واحترافية، وسأتعامل معهم مرة أخرى.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The fleet management experience was organized and professional, and I would use their services again.</w:t>
            </w:r>
          </w:p>
        </w:tc>
      </w:tr>
      <w:tr>
        <w:trPr>
          <w:cantSplit/>
        </w:trPr>
        <w:tc>
          <w:tcPr>
            <w:tcW w:type="dxa" w:w="500"/>
            <w:vAlign w:val="center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199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أقدر جودة تجربة إدارة الأسطول وحرص الفريق على التأكد من رضا العميل.</w:t>
            </w:r>
          </w:p>
        </w:tc>
        <w:tc>
          <w:tcPr>
            <w:tcW w:type="dxa" w:w="4430"/>
            <w:vAlign w:val="center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I appreciate the quality of the fleet management experience and the team's commitment to customer satisfaction.</w:t>
            </w:r>
          </w:p>
        </w:tc>
      </w:tr>
      <w:tr>
        <w:trPr>
          <w:cantSplit/>
        </w:trPr>
        <w:tc>
          <w:tcPr>
            <w:tcW w:type="dxa" w:w="500"/>
            <w:vAlign w:val="center"/>
            <w:shd w:fill="F4F7FA"/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cs="Arial"/>
                <w:b/>
                <w:color w:val="202833"/>
                <w:sz w:val="17"/>
              </w:rPr>
              <w:t>200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righ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تجربة ممتازة عمومًا، وخصوصًا في تجربة إدارة الأسطول والمتابعة بعد تقديم الخدمة.</w:t>
            </w:r>
          </w:p>
        </w:tc>
        <w:tc>
          <w:tcPr>
            <w:tcW w:type="dxa" w:w="4430"/>
            <w:vAlign w:val="center"/>
            <w:shd w:fill="F4F7FA"/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color w:val="202833"/>
                <w:sz w:val="17"/>
              </w:rPr>
              <w:t>An excellent overall experience, especially the fleet management experience and the follow-up after delivery.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936" w:right="936" w:bottom="936" w:left="93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color w:val="7A7A7A"/>
        <w:sz w:val="16"/>
      </w:rPr>
      <w:t>Google Maps Review Templates • Vehicle Tracking &amp; Fleet Management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