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UI/UX Project Brief</w:t>
      </w:r>
    </w:p>
    <w:p>
      <w:r>
        <w:br/>
        <w:t>اسم المشروع:</w:t>
        <w:br/>
        <w:t>تطبيق إدارة المصروفات الشخصية</w:t>
        <w:br/>
        <w:br/>
        <w:t>نبذة:</w:t>
        <w:br/>
        <w:t>تطبيق موبايل يساعد المستخدمين على تسجيل ومتابعة مصروفاتهم اليومية والحصول على تقارير شهرية مبسطة.</w:t>
        <w:br/>
        <w:br/>
        <w:t>الفئة المستهدفة:</w:t>
        <w:br/>
        <w:t>- الطلاب</w:t>
        <w:br/>
        <w:t>- الموظفون</w:t>
        <w:br/>
        <w:t>- أصحاب الأعمال الحرة</w:t>
        <w:br/>
        <w:br/>
        <w:t>الأهداف:</w:t>
        <w:br/>
        <w:t>- تسجيل المصروفات بسرعة.</w:t>
        <w:br/>
        <w:t>- متابعة الإنفاق الشهري.</w:t>
        <w:br/>
        <w:t>- عرض تقارير وإحصائيات مبسطة.</w:t>
        <w:br/>
        <w:t>- تحسين الوعي المالي للمستخدم.</w:t>
        <w:br/>
        <w:br/>
        <w:t>الشاشات المطلوبة:</w:t>
        <w:br/>
        <w:t>1. Splash Screen</w:t>
        <w:br/>
        <w:t>2. Login</w:t>
        <w:br/>
        <w:t>3. Sign Up</w:t>
        <w:br/>
        <w:t>4. Home Dashboard</w:t>
        <w:br/>
        <w:t>5. Add Expense</w:t>
        <w:br/>
        <w:t>6. Categories</w:t>
        <w:br/>
        <w:t>7. Reports</w:t>
        <w:br/>
        <w:t>8. Expense Details</w:t>
        <w:br/>
        <w:t>9. Profile</w:t>
        <w:br/>
        <w:br/>
        <w:t>متطلبات UX:</w:t>
        <w:br/>
        <w:t>- سهولة الاستخدام.</w:t>
        <w:br/>
        <w:t>- أقل عدد ممكن من الخطوات.</w:t>
        <w:br/>
        <w:t>- وضوح الأزرار والعناصر.</w:t>
        <w:br/>
        <w:t>- تصميم Mobile First.</w:t>
        <w:br/>
        <w:br/>
        <w:t>المخرجات المطلوبة:</w:t>
        <w:br/>
        <w:t>- User Flow</w:t>
        <w:br/>
        <w:t>- Wireframes</w:t>
        <w:br/>
        <w:t>- High Fidelity Screens</w:t>
        <w:br/>
        <w:t>- Design System</w:t>
        <w:br/>
        <w:t>- Interactive Prototype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