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Project Brief - تطبيق حجوزات عيادة طبية</w:t>
      </w:r>
    </w:p>
    <w:p>
      <w:r>
        <w:t>الهدف: تطوير تطبيق موبايل بسيط لإدارة وحجز مواعيد عيادة طبية.</w:t>
      </w:r>
    </w:p>
    <w:p>
      <w:pPr>
        <w:pStyle w:val="Heading1"/>
      </w:pPr>
      <w:r>
        <w:t>الوظائف المطلوبة</w:t>
      </w:r>
    </w:p>
    <w:p>
      <w:pPr>
        <w:pStyle w:val="ListBullet"/>
      </w:pPr>
      <w:r>
        <w:t>تسجيل دخول وتسجيل حساب جديد.</w:t>
      </w:r>
    </w:p>
    <w:p>
      <w:pPr>
        <w:pStyle w:val="ListBullet"/>
      </w:pPr>
      <w:r>
        <w:t>عرض قائمة الأطباء والتخصصات.</w:t>
      </w:r>
    </w:p>
    <w:p>
      <w:pPr>
        <w:pStyle w:val="ListBullet"/>
      </w:pPr>
      <w:r>
        <w:t>حجز موعد جديد واختيار التاريخ والوقت.</w:t>
      </w:r>
    </w:p>
    <w:p>
      <w:pPr>
        <w:pStyle w:val="ListBullet"/>
      </w:pPr>
      <w:r>
        <w:t>عرض الحجوزات الحالية للمستخدم.</w:t>
      </w:r>
    </w:p>
    <w:p>
      <w:pPr>
        <w:pStyle w:val="ListBullet"/>
      </w:pPr>
      <w:r>
        <w:t>إلغاء الحجز.</w:t>
      </w:r>
    </w:p>
    <w:p>
      <w:pPr>
        <w:pStyle w:val="ListBullet"/>
      </w:pPr>
      <w:r>
        <w:t>استخدام بيانات وهمية JSON أو Firebase.</w:t>
      </w:r>
    </w:p>
    <w:p>
      <w:pPr>
        <w:pStyle w:val="Heading1"/>
      </w:pPr>
      <w:r>
        <w:t>الشاشات المطلوبة</w:t>
      </w:r>
    </w:p>
    <w:p>
      <w:pPr>
        <w:pStyle w:val="ListNumber"/>
      </w:pPr>
      <w:r>
        <w:t>Splash Screen</w:t>
      </w:r>
    </w:p>
    <w:p>
      <w:pPr>
        <w:pStyle w:val="ListNumber"/>
      </w:pPr>
      <w:r>
        <w:t>Login/Register</w:t>
      </w:r>
    </w:p>
    <w:p>
      <w:pPr>
        <w:pStyle w:val="ListNumber"/>
      </w:pPr>
      <w:r>
        <w:t>Home</w:t>
      </w:r>
    </w:p>
    <w:p>
      <w:pPr>
        <w:pStyle w:val="ListNumber"/>
      </w:pPr>
      <w:r>
        <w:t>Doctors List</w:t>
      </w:r>
    </w:p>
    <w:p>
      <w:pPr>
        <w:pStyle w:val="ListNumber"/>
      </w:pPr>
      <w:r>
        <w:t>Booking Screen</w:t>
      </w:r>
    </w:p>
    <w:p>
      <w:pPr>
        <w:pStyle w:val="ListNumber"/>
      </w:pPr>
      <w:r>
        <w:t>My Appointments</w:t>
      </w:r>
    </w:p>
    <w:p>
      <w:pPr>
        <w:pStyle w:val="Heading1"/>
      </w:pPr>
      <w:r>
        <w:t>التسليم النهائي</w:t>
      </w:r>
    </w:p>
    <w:p>
      <w:pPr>
        <w:pStyle w:val="ListBullet"/>
      </w:pPr>
      <w:r>
        <w:t>ملفات المشروع كاملة</w:t>
      </w:r>
    </w:p>
    <w:p>
      <w:pPr>
        <w:pStyle w:val="ListBullet"/>
      </w:pPr>
      <w:r>
        <w:t>APK تجريبي</w:t>
      </w:r>
    </w:p>
    <w:p>
      <w:pPr>
        <w:pStyle w:val="ListBullet"/>
      </w:pPr>
      <w:r>
        <w:t>README للتشغيل</w:t>
      </w:r>
    </w:p>
    <w:p>
      <w:pPr>
        <w:pStyle w:val="ListBullet"/>
      </w:pPr>
      <w:r>
        <w:t>3-5 لقطات شاشة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