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مرفق المشروع - تطوير تطبيق موبايل لإدارة المهام اليومية</w:t>
      </w:r>
    </w:p>
    <w:p>
      <w:r>
        <w:t>نبذة:</w:t>
        <w:br/>
        <w:t>شركة ناشئة ترغب في تطوير تطبيق موبايل بسيط لإدارة المهام اليومية.</w:t>
        <w:br/>
        <w:br/>
      </w:r>
    </w:p>
    <w:p>
      <w:pPr>
        <w:pStyle w:val="Heading1"/>
      </w:pPr>
      <w:r>
        <w:t>المتطلبات الوظيفية</w:t>
      </w:r>
    </w:p>
    <w:p>
      <w:pPr>
        <w:pStyle w:val="ListBullet"/>
      </w:pPr>
      <w:r>
        <w:t>تسجيل الدخول وإنشاء حساب (واجهة فقط أو Firebase).</w:t>
      </w:r>
    </w:p>
    <w:p>
      <w:pPr>
        <w:pStyle w:val="ListBullet"/>
      </w:pPr>
      <w:r>
        <w:t>عرض قائمة المهام.</w:t>
      </w:r>
    </w:p>
    <w:p>
      <w:pPr>
        <w:pStyle w:val="ListBullet"/>
      </w:pPr>
      <w:r>
        <w:t>إضافة مهمة جديدة (العنوان، الوصف، التاريخ، الأولوية).</w:t>
      </w:r>
    </w:p>
    <w:p>
      <w:pPr>
        <w:pStyle w:val="ListBullet"/>
      </w:pPr>
      <w:r>
        <w:t>تعديل وحذف المهام.</w:t>
      </w:r>
    </w:p>
    <w:p>
      <w:pPr>
        <w:pStyle w:val="ListBullet"/>
      </w:pPr>
      <w:r>
        <w:t>تغيير حالة المهمة (مكتملة/غير مكتملة).</w:t>
      </w:r>
    </w:p>
    <w:p>
      <w:pPr>
        <w:pStyle w:val="ListBullet"/>
      </w:pPr>
      <w:r>
        <w:t>إمكانية البحث أو الفلترة حسب الحالة.</w:t>
      </w:r>
    </w:p>
    <w:p>
      <w:pPr>
        <w:pStyle w:val="Heading1"/>
      </w:pPr>
      <w:r>
        <w:t>الشاشات المطلوبة</w:t>
      </w:r>
    </w:p>
    <w:p>
      <w:pPr>
        <w:pStyle w:val="ListNumber"/>
      </w:pPr>
      <w:r>
        <w:t>Splash Screen</w:t>
      </w:r>
    </w:p>
    <w:p>
      <w:pPr>
        <w:pStyle w:val="ListNumber"/>
      </w:pPr>
      <w:r>
        <w:t>Login / Register</w:t>
      </w:r>
    </w:p>
    <w:p>
      <w:pPr>
        <w:pStyle w:val="ListNumber"/>
      </w:pPr>
      <w:r>
        <w:t>Home Screen</w:t>
      </w:r>
    </w:p>
    <w:p>
      <w:pPr>
        <w:pStyle w:val="ListNumber"/>
      </w:pPr>
      <w:r>
        <w:t>Add/Edit Task</w:t>
      </w:r>
    </w:p>
    <w:p>
      <w:pPr>
        <w:pStyle w:val="ListNumber"/>
      </w:pPr>
      <w:r>
        <w:t>Task Details</w:t>
      </w:r>
    </w:p>
    <w:p>
      <w:pPr>
        <w:pStyle w:val="ListNumber"/>
      </w:pPr>
      <w:r>
        <w:t>Profile/Settings (اختياري)</w:t>
      </w:r>
    </w:p>
    <w:p>
      <w:pPr>
        <w:pStyle w:val="Heading1"/>
      </w:pPr>
      <w:r>
        <w:t>المخرجات المطلوبة</w:t>
      </w:r>
    </w:p>
    <w:p>
      <w:pPr>
        <w:pStyle w:val="ListBullet"/>
      </w:pPr>
      <w:r>
        <w:t>ملفات المشروع كاملة.</w:t>
      </w:r>
    </w:p>
    <w:p>
      <w:pPr>
        <w:pStyle w:val="ListBullet"/>
      </w:pPr>
      <w:r>
        <w:t>ملف README يوضح طريقة التشغيل.</w:t>
      </w:r>
    </w:p>
    <w:p>
      <w:pPr>
        <w:pStyle w:val="ListBullet"/>
      </w:pPr>
      <w:r>
        <w:t>لقطات شاشة أو فيديو قصير للتطبيق.</w:t>
      </w:r>
    </w:p>
    <w:p>
      <w:pPr>
        <w:pStyle w:val="ListBullet"/>
      </w:pPr>
      <w:r>
        <w:t>APK تجريبي إن أمكن.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