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متطلبات مشروع تطبيق طلب الطعام</w:t>
      </w:r>
    </w:p>
    <w:p>
      <w:r>
        <w:t>شركة ناشئة ترغب في تنفيذ نسخة أولية لتطبيق طلب طعام من المطاعم.</w:t>
      </w:r>
    </w:p>
    <w:p>
      <w:pPr>
        <w:pStyle w:val="Heading1"/>
      </w:pPr>
      <w:r>
        <w:t>الخصائص المطلوبة</w:t>
      </w:r>
    </w:p>
    <w:p>
      <w:pPr>
        <w:pStyle w:val="ListBullet"/>
      </w:pPr>
      <w:r>
        <w:t>تسجيل الدخول وإنشاء حساب.</w:t>
      </w:r>
    </w:p>
    <w:p>
      <w:pPr>
        <w:pStyle w:val="ListBullet"/>
      </w:pPr>
      <w:r>
        <w:t>عرض قائمة المطاعم والوجبات.</w:t>
      </w:r>
    </w:p>
    <w:p>
      <w:pPr>
        <w:pStyle w:val="ListBullet"/>
      </w:pPr>
      <w:r>
        <w:t>إضافة المنتجات إلى السلة.</w:t>
      </w:r>
    </w:p>
    <w:p>
      <w:pPr>
        <w:pStyle w:val="ListBullet"/>
      </w:pPr>
      <w:r>
        <w:t>عرض تفاصيل الطلب وإجمالي السعر.</w:t>
      </w:r>
    </w:p>
    <w:p>
      <w:pPr>
        <w:pStyle w:val="ListBullet"/>
      </w:pPr>
      <w:r>
        <w:t>إتمام طلب تجريبي بدون بوابة دفع حقيقية.</w:t>
      </w:r>
    </w:p>
    <w:p>
      <w:pPr>
        <w:pStyle w:val="ListBullet"/>
      </w:pPr>
      <w:r>
        <w:t>صفحة للطلبات السابقة.</w:t>
      </w:r>
    </w:p>
    <w:p>
      <w:pPr>
        <w:pStyle w:val="Heading1"/>
      </w:pPr>
      <w:r>
        <w:t>الشاشات المطلوبة</w:t>
      </w:r>
    </w:p>
    <w:p>
      <w:pPr>
        <w:pStyle w:val="ListNumber"/>
      </w:pPr>
      <w:r>
        <w:t>Splash</w:t>
      </w:r>
    </w:p>
    <w:p>
      <w:pPr>
        <w:pStyle w:val="ListNumber"/>
      </w:pPr>
      <w:r>
        <w:t>Login/Register</w:t>
      </w:r>
    </w:p>
    <w:p>
      <w:pPr>
        <w:pStyle w:val="ListNumber"/>
      </w:pPr>
      <w:r>
        <w:t>Home</w:t>
      </w:r>
    </w:p>
    <w:p>
      <w:pPr>
        <w:pStyle w:val="ListNumber"/>
      </w:pPr>
      <w:r>
        <w:t>Restaurant Details</w:t>
      </w:r>
    </w:p>
    <w:p>
      <w:pPr>
        <w:pStyle w:val="ListNumber"/>
      </w:pPr>
      <w:r>
        <w:t>Cart</w:t>
      </w:r>
    </w:p>
    <w:p>
      <w:pPr>
        <w:pStyle w:val="ListNumber"/>
      </w:pPr>
      <w:r>
        <w:t>Orders</w:t>
      </w:r>
    </w:p>
    <w:p>
      <w:pPr>
        <w:pStyle w:val="Heading1"/>
      </w:pPr>
      <w:r>
        <w:t>التسليم</w:t>
      </w:r>
    </w:p>
    <w:p>
      <w:pPr>
        <w:pStyle w:val="ListBullet"/>
      </w:pPr>
      <w:r>
        <w:t>ملفات المشروع</w:t>
      </w:r>
    </w:p>
    <w:p>
      <w:pPr>
        <w:pStyle w:val="ListBullet"/>
      </w:pPr>
      <w:r>
        <w:t>APK</w:t>
      </w:r>
    </w:p>
    <w:p>
      <w:pPr>
        <w:pStyle w:val="ListBullet"/>
      </w:pPr>
      <w:r>
        <w:t>README</w:t>
      </w:r>
    </w:p>
    <w:p>
      <w:pPr>
        <w:pStyle w:val="ListBullet"/>
      </w:pPr>
      <w:r>
        <w:t>Screenshots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